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44864" w14:textId="77777777" w:rsidR="00C21977" w:rsidRDefault="007E7592">
      <w:pPr>
        <w:jc w:val="center"/>
      </w:pPr>
      <w:r>
        <w:rPr>
          <w:b/>
          <w:sz w:val="32"/>
        </w:rPr>
        <w:t>FELVÉTELI ELŐKÉSZÍTŐ</w:t>
      </w:r>
    </w:p>
    <w:p w14:paraId="6FAA0AFA" w14:textId="77777777" w:rsidR="00C21977" w:rsidRDefault="007E7592">
      <w:pPr>
        <w:spacing w:before="200" w:after="120"/>
      </w:pPr>
      <w:r>
        <w:rPr>
          <w:b/>
          <w:sz w:val="26"/>
        </w:rPr>
        <w:t>4. osztályosok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1113"/>
        <w:gridCol w:w="964"/>
        <w:gridCol w:w="1236"/>
      </w:tblGrid>
      <w:tr w:rsidR="009020E8" w14:paraId="3FC3FC60" w14:textId="77777777" w:rsidTr="009020E8">
        <w:trPr>
          <w:jc w:val="center"/>
        </w:trPr>
        <w:tc>
          <w:tcPr>
            <w:tcW w:w="1113" w:type="dxa"/>
          </w:tcPr>
          <w:p w14:paraId="6974132D" w14:textId="77777777" w:rsidR="009020E8" w:rsidRDefault="009020E8">
            <w:pPr>
              <w:jc w:val="center"/>
            </w:pPr>
            <w:proofErr w:type="spellStart"/>
            <w:r>
              <w:rPr>
                <w:b/>
                <w:sz w:val="20"/>
              </w:rPr>
              <w:t>Dátum</w:t>
            </w:r>
            <w:proofErr w:type="spellEnd"/>
          </w:p>
        </w:tc>
        <w:tc>
          <w:tcPr>
            <w:tcW w:w="964" w:type="dxa"/>
          </w:tcPr>
          <w:p w14:paraId="25109704" w14:textId="77777777" w:rsidR="009020E8" w:rsidRDefault="009020E8">
            <w:pPr>
              <w:jc w:val="center"/>
            </w:pPr>
            <w:r>
              <w:rPr>
                <w:b/>
                <w:sz w:val="20"/>
              </w:rPr>
              <w:t>Időpont</w:t>
            </w:r>
          </w:p>
        </w:tc>
        <w:tc>
          <w:tcPr>
            <w:tcW w:w="1236" w:type="dxa"/>
          </w:tcPr>
          <w:p w14:paraId="087E3CFD" w14:textId="77777777" w:rsidR="009020E8" w:rsidRDefault="009020E8">
            <w:pPr>
              <w:jc w:val="center"/>
            </w:pPr>
            <w:r>
              <w:rPr>
                <w:b/>
                <w:sz w:val="20"/>
              </w:rPr>
              <w:t>Tantárgy</w:t>
            </w:r>
          </w:p>
        </w:tc>
      </w:tr>
      <w:tr w:rsidR="009020E8" w14:paraId="359415CA" w14:textId="77777777" w:rsidTr="009020E8">
        <w:trPr>
          <w:jc w:val="center"/>
        </w:trPr>
        <w:tc>
          <w:tcPr>
            <w:tcW w:w="1113" w:type="dxa"/>
            <w:vAlign w:val="center"/>
          </w:tcPr>
          <w:p w14:paraId="5CB5D06E" w14:textId="77777777" w:rsidR="009020E8" w:rsidRDefault="009020E8">
            <w:pPr>
              <w:jc w:val="center"/>
            </w:pPr>
            <w:r>
              <w:rPr>
                <w:sz w:val="20"/>
              </w:rPr>
              <w:t>November 4.</w:t>
            </w:r>
          </w:p>
        </w:tc>
        <w:tc>
          <w:tcPr>
            <w:tcW w:w="964" w:type="dxa"/>
            <w:vAlign w:val="center"/>
          </w:tcPr>
          <w:p w14:paraId="4609F8D5" w14:textId="77777777" w:rsidR="009020E8" w:rsidRDefault="009020E8">
            <w:pPr>
              <w:jc w:val="center"/>
            </w:pPr>
            <w:r>
              <w:rPr>
                <w:sz w:val="20"/>
              </w:rPr>
              <w:t>16.30–17.15</w:t>
            </w:r>
          </w:p>
        </w:tc>
        <w:tc>
          <w:tcPr>
            <w:tcW w:w="1236" w:type="dxa"/>
            <w:vAlign w:val="center"/>
          </w:tcPr>
          <w:p w14:paraId="079BDA4D" w14:textId="77777777" w:rsidR="009020E8" w:rsidRDefault="009020E8">
            <w:pPr>
              <w:jc w:val="center"/>
            </w:pPr>
            <w:r>
              <w:rPr>
                <w:sz w:val="20"/>
              </w:rPr>
              <w:t>matematika</w:t>
            </w:r>
          </w:p>
        </w:tc>
      </w:tr>
      <w:tr w:rsidR="009020E8" w14:paraId="10E2D90F" w14:textId="77777777" w:rsidTr="009020E8">
        <w:trPr>
          <w:jc w:val="center"/>
        </w:trPr>
        <w:tc>
          <w:tcPr>
            <w:tcW w:w="1113" w:type="dxa"/>
            <w:vAlign w:val="center"/>
          </w:tcPr>
          <w:p w14:paraId="0D14AD7E" w14:textId="77777777" w:rsidR="009020E8" w:rsidRDefault="009020E8">
            <w:pPr>
              <w:jc w:val="center"/>
            </w:pPr>
            <w:r>
              <w:rPr>
                <w:sz w:val="20"/>
              </w:rPr>
              <w:t>November 11.</w:t>
            </w:r>
          </w:p>
        </w:tc>
        <w:tc>
          <w:tcPr>
            <w:tcW w:w="964" w:type="dxa"/>
            <w:vAlign w:val="center"/>
          </w:tcPr>
          <w:p w14:paraId="6D507CB5" w14:textId="77777777" w:rsidR="009020E8" w:rsidRDefault="009020E8">
            <w:pPr>
              <w:jc w:val="center"/>
            </w:pPr>
            <w:r>
              <w:rPr>
                <w:sz w:val="20"/>
              </w:rPr>
              <w:t>16.30–17.15</w:t>
            </w:r>
          </w:p>
        </w:tc>
        <w:tc>
          <w:tcPr>
            <w:tcW w:w="1236" w:type="dxa"/>
            <w:vAlign w:val="center"/>
          </w:tcPr>
          <w:p w14:paraId="43CD25F6" w14:textId="77777777" w:rsidR="009020E8" w:rsidRDefault="009020E8">
            <w:pPr>
              <w:jc w:val="center"/>
            </w:pPr>
            <w:r>
              <w:rPr>
                <w:sz w:val="20"/>
              </w:rPr>
              <w:t>magyar</w:t>
            </w:r>
          </w:p>
        </w:tc>
      </w:tr>
      <w:tr w:rsidR="009020E8" w14:paraId="675A4311" w14:textId="77777777" w:rsidTr="009020E8">
        <w:trPr>
          <w:jc w:val="center"/>
        </w:trPr>
        <w:tc>
          <w:tcPr>
            <w:tcW w:w="1113" w:type="dxa"/>
            <w:vAlign w:val="center"/>
          </w:tcPr>
          <w:p w14:paraId="69ADC766" w14:textId="77777777" w:rsidR="009020E8" w:rsidRDefault="009020E8">
            <w:pPr>
              <w:jc w:val="center"/>
            </w:pPr>
            <w:r>
              <w:rPr>
                <w:sz w:val="20"/>
              </w:rPr>
              <w:t>November 25.</w:t>
            </w:r>
          </w:p>
        </w:tc>
        <w:tc>
          <w:tcPr>
            <w:tcW w:w="964" w:type="dxa"/>
            <w:vAlign w:val="center"/>
          </w:tcPr>
          <w:p w14:paraId="4AC781AD" w14:textId="77777777" w:rsidR="009020E8" w:rsidRDefault="009020E8">
            <w:pPr>
              <w:jc w:val="center"/>
            </w:pPr>
            <w:r>
              <w:rPr>
                <w:sz w:val="20"/>
              </w:rPr>
              <w:t>16.30–17.15</w:t>
            </w:r>
          </w:p>
        </w:tc>
        <w:tc>
          <w:tcPr>
            <w:tcW w:w="1236" w:type="dxa"/>
            <w:vAlign w:val="center"/>
          </w:tcPr>
          <w:p w14:paraId="62C699B8" w14:textId="77777777" w:rsidR="009020E8" w:rsidRDefault="009020E8">
            <w:pPr>
              <w:jc w:val="center"/>
            </w:pPr>
            <w:r>
              <w:rPr>
                <w:sz w:val="20"/>
              </w:rPr>
              <w:t>matematika</w:t>
            </w:r>
          </w:p>
        </w:tc>
      </w:tr>
      <w:tr w:rsidR="009020E8" w14:paraId="35AB8662" w14:textId="77777777" w:rsidTr="009020E8">
        <w:trPr>
          <w:jc w:val="center"/>
        </w:trPr>
        <w:tc>
          <w:tcPr>
            <w:tcW w:w="1113" w:type="dxa"/>
            <w:vAlign w:val="center"/>
          </w:tcPr>
          <w:p w14:paraId="0CCBDD50" w14:textId="77777777" w:rsidR="009020E8" w:rsidRDefault="009020E8">
            <w:pPr>
              <w:jc w:val="center"/>
            </w:pPr>
            <w:r>
              <w:rPr>
                <w:sz w:val="20"/>
              </w:rPr>
              <w:t>December 2.</w:t>
            </w:r>
          </w:p>
        </w:tc>
        <w:tc>
          <w:tcPr>
            <w:tcW w:w="964" w:type="dxa"/>
            <w:vAlign w:val="center"/>
          </w:tcPr>
          <w:p w14:paraId="03F5FC64" w14:textId="77777777" w:rsidR="009020E8" w:rsidRDefault="009020E8">
            <w:pPr>
              <w:jc w:val="center"/>
            </w:pPr>
            <w:r>
              <w:rPr>
                <w:sz w:val="20"/>
              </w:rPr>
              <w:t>16.30–17.15</w:t>
            </w:r>
          </w:p>
        </w:tc>
        <w:tc>
          <w:tcPr>
            <w:tcW w:w="1236" w:type="dxa"/>
            <w:vAlign w:val="center"/>
          </w:tcPr>
          <w:p w14:paraId="0EE02FE5" w14:textId="77777777" w:rsidR="009020E8" w:rsidRDefault="009020E8">
            <w:pPr>
              <w:jc w:val="center"/>
            </w:pPr>
            <w:r>
              <w:rPr>
                <w:sz w:val="20"/>
              </w:rPr>
              <w:t>magyar</w:t>
            </w:r>
          </w:p>
        </w:tc>
      </w:tr>
      <w:tr w:rsidR="009020E8" w14:paraId="19F3D8AD" w14:textId="77777777" w:rsidTr="009020E8">
        <w:trPr>
          <w:jc w:val="center"/>
        </w:trPr>
        <w:tc>
          <w:tcPr>
            <w:tcW w:w="1113" w:type="dxa"/>
            <w:vAlign w:val="center"/>
          </w:tcPr>
          <w:p w14:paraId="104F4036" w14:textId="77777777" w:rsidR="009020E8" w:rsidRDefault="009020E8">
            <w:pPr>
              <w:jc w:val="center"/>
            </w:pPr>
            <w:r>
              <w:rPr>
                <w:sz w:val="20"/>
              </w:rPr>
              <w:t>December 9.</w:t>
            </w:r>
          </w:p>
        </w:tc>
        <w:tc>
          <w:tcPr>
            <w:tcW w:w="964" w:type="dxa"/>
            <w:vAlign w:val="center"/>
          </w:tcPr>
          <w:p w14:paraId="4B5F0C97" w14:textId="77777777" w:rsidR="009020E8" w:rsidRDefault="009020E8">
            <w:pPr>
              <w:jc w:val="center"/>
            </w:pPr>
            <w:r>
              <w:rPr>
                <w:sz w:val="20"/>
              </w:rPr>
              <w:t>16.30–17.15</w:t>
            </w:r>
          </w:p>
        </w:tc>
        <w:tc>
          <w:tcPr>
            <w:tcW w:w="1236" w:type="dxa"/>
            <w:vAlign w:val="center"/>
          </w:tcPr>
          <w:p w14:paraId="1872E6CF" w14:textId="77777777" w:rsidR="009020E8" w:rsidRDefault="009020E8">
            <w:pPr>
              <w:jc w:val="center"/>
            </w:pPr>
            <w:r>
              <w:rPr>
                <w:sz w:val="20"/>
              </w:rPr>
              <w:t>matematika</w:t>
            </w:r>
          </w:p>
        </w:tc>
      </w:tr>
      <w:tr w:rsidR="009020E8" w14:paraId="4C6993CD" w14:textId="77777777" w:rsidTr="009020E8">
        <w:trPr>
          <w:jc w:val="center"/>
        </w:trPr>
        <w:tc>
          <w:tcPr>
            <w:tcW w:w="1113" w:type="dxa"/>
            <w:vAlign w:val="center"/>
          </w:tcPr>
          <w:p w14:paraId="3ACC145A" w14:textId="77777777" w:rsidR="009020E8" w:rsidRDefault="009020E8">
            <w:pPr>
              <w:jc w:val="center"/>
            </w:pPr>
            <w:proofErr w:type="spellStart"/>
            <w:r>
              <w:rPr>
                <w:sz w:val="20"/>
              </w:rPr>
              <w:t>Január</w:t>
            </w:r>
            <w:proofErr w:type="spellEnd"/>
            <w:r>
              <w:rPr>
                <w:sz w:val="20"/>
              </w:rPr>
              <w:t xml:space="preserve"> 6.</w:t>
            </w:r>
          </w:p>
        </w:tc>
        <w:tc>
          <w:tcPr>
            <w:tcW w:w="964" w:type="dxa"/>
            <w:vAlign w:val="center"/>
          </w:tcPr>
          <w:p w14:paraId="4235A0AE" w14:textId="77777777" w:rsidR="009020E8" w:rsidRDefault="009020E8">
            <w:pPr>
              <w:jc w:val="center"/>
            </w:pPr>
            <w:r>
              <w:rPr>
                <w:sz w:val="20"/>
              </w:rPr>
              <w:t>16.30–17.15</w:t>
            </w:r>
          </w:p>
        </w:tc>
        <w:tc>
          <w:tcPr>
            <w:tcW w:w="1236" w:type="dxa"/>
            <w:vAlign w:val="center"/>
          </w:tcPr>
          <w:p w14:paraId="1E6200D7" w14:textId="77777777" w:rsidR="009020E8" w:rsidRDefault="009020E8">
            <w:pPr>
              <w:jc w:val="center"/>
            </w:pPr>
            <w:r>
              <w:rPr>
                <w:sz w:val="20"/>
              </w:rPr>
              <w:t>magyar</w:t>
            </w:r>
          </w:p>
        </w:tc>
      </w:tr>
      <w:tr w:rsidR="009020E8" w14:paraId="251A3A89" w14:textId="77777777" w:rsidTr="009020E8">
        <w:trPr>
          <w:jc w:val="center"/>
        </w:trPr>
        <w:tc>
          <w:tcPr>
            <w:tcW w:w="1113" w:type="dxa"/>
            <w:vAlign w:val="center"/>
          </w:tcPr>
          <w:p w14:paraId="0958102B" w14:textId="77777777" w:rsidR="009020E8" w:rsidRDefault="009020E8">
            <w:pPr>
              <w:jc w:val="center"/>
            </w:pPr>
            <w:proofErr w:type="spellStart"/>
            <w:r>
              <w:rPr>
                <w:sz w:val="20"/>
              </w:rPr>
              <w:t>Január</w:t>
            </w:r>
            <w:proofErr w:type="spellEnd"/>
            <w:r>
              <w:rPr>
                <w:sz w:val="20"/>
              </w:rPr>
              <w:t xml:space="preserve"> 13.</w:t>
            </w:r>
          </w:p>
        </w:tc>
        <w:tc>
          <w:tcPr>
            <w:tcW w:w="964" w:type="dxa"/>
            <w:vAlign w:val="center"/>
          </w:tcPr>
          <w:p w14:paraId="1270FC4B" w14:textId="77777777" w:rsidR="009020E8" w:rsidRDefault="009020E8">
            <w:pPr>
              <w:jc w:val="center"/>
            </w:pPr>
            <w:r>
              <w:rPr>
                <w:sz w:val="20"/>
              </w:rPr>
              <w:t>16.30–17.15</w:t>
            </w:r>
          </w:p>
        </w:tc>
        <w:tc>
          <w:tcPr>
            <w:tcW w:w="1236" w:type="dxa"/>
            <w:vAlign w:val="center"/>
          </w:tcPr>
          <w:p w14:paraId="138B8557" w14:textId="77777777" w:rsidR="009020E8" w:rsidRDefault="009020E8">
            <w:pPr>
              <w:jc w:val="center"/>
            </w:pPr>
            <w:r>
              <w:rPr>
                <w:sz w:val="20"/>
              </w:rPr>
              <w:t>matematika</w:t>
            </w:r>
          </w:p>
        </w:tc>
      </w:tr>
      <w:tr w:rsidR="009020E8" w14:paraId="42043DE2" w14:textId="77777777" w:rsidTr="009020E8">
        <w:trPr>
          <w:jc w:val="center"/>
        </w:trPr>
        <w:tc>
          <w:tcPr>
            <w:tcW w:w="1113" w:type="dxa"/>
            <w:vAlign w:val="center"/>
          </w:tcPr>
          <w:p w14:paraId="7A44502A" w14:textId="77777777" w:rsidR="009020E8" w:rsidRDefault="009020E8">
            <w:pPr>
              <w:jc w:val="center"/>
            </w:pPr>
            <w:proofErr w:type="spellStart"/>
            <w:r>
              <w:rPr>
                <w:sz w:val="20"/>
              </w:rPr>
              <w:t>Január</w:t>
            </w:r>
            <w:proofErr w:type="spellEnd"/>
            <w:r>
              <w:rPr>
                <w:sz w:val="20"/>
              </w:rPr>
              <w:t xml:space="preserve"> 20.</w:t>
            </w:r>
          </w:p>
        </w:tc>
        <w:tc>
          <w:tcPr>
            <w:tcW w:w="964" w:type="dxa"/>
            <w:vAlign w:val="center"/>
          </w:tcPr>
          <w:p w14:paraId="29C45684" w14:textId="77777777" w:rsidR="009020E8" w:rsidRDefault="009020E8">
            <w:pPr>
              <w:jc w:val="center"/>
            </w:pPr>
            <w:r>
              <w:rPr>
                <w:sz w:val="20"/>
              </w:rPr>
              <w:t>16.30–17.15</w:t>
            </w:r>
          </w:p>
        </w:tc>
        <w:tc>
          <w:tcPr>
            <w:tcW w:w="1236" w:type="dxa"/>
            <w:vAlign w:val="center"/>
          </w:tcPr>
          <w:p w14:paraId="6C37D826" w14:textId="77777777" w:rsidR="009020E8" w:rsidRDefault="009020E8">
            <w:pPr>
              <w:jc w:val="center"/>
            </w:pPr>
            <w:r>
              <w:rPr>
                <w:sz w:val="20"/>
              </w:rPr>
              <w:t>magyar</w:t>
            </w:r>
          </w:p>
        </w:tc>
      </w:tr>
    </w:tbl>
    <w:p w14:paraId="37C6E0CB" w14:textId="77777777" w:rsidR="00C21977" w:rsidRDefault="00C21977"/>
    <w:p w14:paraId="63AA8F7B" w14:textId="77777777" w:rsidR="00C21977" w:rsidRDefault="007E7592">
      <w:pPr>
        <w:spacing w:before="200" w:after="120"/>
      </w:pPr>
      <w:r>
        <w:rPr>
          <w:b/>
          <w:sz w:val="26"/>
        </w:rPr>
        <w:t>8. osztályosok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1113"/>
        <w:gridCol w:w="964"/>
        <w:gridCol w:w="1236"/>
      </w:tblGrid>
      <w:tr w:rsidR="009020E8" w14:paraId="36521039" w14:textId="77777777" w:rsidTr="009020E8">
        <w:trPr>
          <w:jc w:val="center"/>
        </w:trPr>
        <w:tc>
          <w:tcPr>
            <w:tcW w:w="1113" w:type="dxa"/>
          </w:tcPr>
          <w:p w14:paraId="214F4351" w14:textId="77777777" w:rsidR="009020E8" w:rsidRDefault="009020E8">
            <w:pPr>
              <w:jc w:val="center"/>
            </w:pPr>
            <w:proofErr w:type="spellStart"/>
            <w:r>
              <w:rPr>
                <w:b/>
                <w:sz w:val="20"/>
              </w:rPr>
              <w:t>Dátum</w:t>
            </w:r>
            <w:proofErr w:type="spellEnd"/>
          </w:p>
        </w:tc>
        <w:tc>
          <w:tcPr>
            <w:tcW w:w="964" w:type="dxa"/>
          </w:tcPr>
          <w:p w14:paraId="78D647E6" w14:textId="77777777" w:rsidR="009020E8" w:rsidRDefault="009020E8">
            <w:pPr>
              <w:jc w:val="center"/>
            </w:pPr>
            <w:r>
              <w:rPr>
                <w:b/>
                <w:sz w:val="20"/>
              </w:rPr>
              <w:t>Időpont</w:t>
            </w:r>
          </w:p>
        </w:tc>
        <w:tc>
          <w:tcPr>
            <w:tcW w:w="1236" w:type="dxa"/>
          </w:tcPr>
          <w:p w14:paraId="4F913BB7" w14:textId="77777777" w:rsidR="009020E8" w:rsidRDefault="009020E8">
            <w:pPr>
              <w:jc w:val="center"/>
            </w:pPr>
            <w:r>
              <w:rPr>
                <w:b/>
                <w:sz w:val="20"/>
              </w:rPr>
              <w:t>Tantárgy</w:t>
            </w:r>
          </w:p>
        </w:tc>
      </w:tr>
      <w:tr w:rsidR="009020E8" w14:paraId="572CEE83" w14:textId="77777777" w:rsidTr="009020E8">
        <w:trPr>
          <w:jc w:val="center"/>
        </w:trPr>
        <w:tc>
          <w:tcPr>
            <w:tcW w:w="1113" w:type="dxa"/>
            <w:vAlign w:val="center"/>
          </w:tcPr>
          <w:p w14:paraId="0545189A" w14:textId="77777777" w:rsidR="009020E8" w:rsidRDefault="009020E8">
            <w:pPr>
              <w:jc w:val="center"/>
            </w:pPr>
            <w:r>
              <w:rPr>
                <w:sz w:val="20"/>
              </w:rPr>
              <w:t>November 4.</w:t>
            </w:r>
          </w:p>
        </w:tc>
        <w:tc>
          <w:tcPr>
            <w:tcW w:w="964" w:type="dxa"/>
            <w:vAlign w:val="center"/>
          </w:tcPr>
          <w:p w14:paraId="46CD80C5" w14:textId="77777777" w:rsidR="009020E8" w:rsidRDefault="009020E8">
            <w:pPr>
              <w:jc w:val="center"/>
            </w:pPr>
            <w:r>
              <w:rPr>
                <w:sz w:val="20"/>
              </w:rPr>
              <w:t>15.00–15.45</w:t>
            </w:r>
          </w:p>
        </w:tc>
        <w:tc>
          <w:tcPr>
            <w:tcW w:w="1236" w:type="dxa"/>
            <w:vAlign w:val="center"/>
          </w:tcPr>
          <w:p w14:paraId="54D1E194" w14:textId="77777777" w:rsidR="009020E8" w:rsidRDefault="009020E8">
            <w:pPr>
              <w:jc w:val="center"/>
            </w:pPr>
            <w:r>
              <w:rPr>
                <w:sz w:val="20"/>
              </w:rPr>
              <w:t>matematika</w:t>
            </w:r>
          </w:p>
        </w:tc>
      </w:tr>
      <w:tr w:rsidR="009020E8" w14:paraId="062F0E7E" w14:textId="77777777" w:rsidTr="009020E8">
        <w:trPr>
          <w:jc w:val="center"/>
        </w:trPr>
        <w:tc>
          <w:tcPr>
            <w:tcW w:w="1113" w:type="dxa"/>
            <w:vAlign w:val="center"/>
          </w:tcPr>
          <w:p w14:paraId="71C6F04D" w14:textId="77777777" w:rsidR="009020E8" w:rsidRDefault="009020E8">
            <w:pPr>
              <w:jc w:val="center"/>
            </w:pPr>
            <w:r>
              <w:rPr>
                <w:sz w:val="20"/>
              </w:rPr>
              <w:t>November 4.</w:t>
            </w:r>
          </w:p>
        </w:tc>
        <w:tc>
          <w:tcPr>
            <w:tcW w:w="964" w:type="dxa"/>
            <w:vAlign w:val="center"/>
          </w:tcPr>
          <w:p w14:paraId="77FDBC92" w14:textId="77777777" w:rsidR="009020E8" w:rsidRDefault="009020E8">
            <w:pPr>
              <w:jc w:val="center"/>
            </w:pPr>
            <w:r>
              <w:rPr>
                <w:sz w:val="20"/>
              </w:rPr>
              <w:t>15.45–16.30</w:t>
            </w:r>
          </w:p>
        </w:tc>
        <w:tc>
          <w:tcPr>
            <w:tcW w:w="1236" w:type="dxa"/>
            <w:vAlign w:val="center"/>
          </w:tcPr>
          <w:p w14:paraId="5C381DF4" w14:textId="77777777" w:rsidR="009020E8" w:rsidRDefault="009020E8">
            <w:pPr>
              <w:jc w:val="center"/>
            </w:pPr>
            <w:r>
              <w:rPr>
                <w:sz w:val="20"/>
              </w:rPr>
              <w:t>magyar</w:t>
            </w:r>
          </w:p>
        </w:tc>
      </w:tr>
      <w:tr w:rsidR="009020E8" w14:paraId="39F590F2" w14:textId="77777777" w:rsidTr="009020E8">
        <w:trPr>
          <w:jc w:val="center"/>
        </w:trPr>
        <w:tc>
          <w:tcPr>
            <w:tcW w:w="1113" w:type="dxa"/>
            <w:vAlign w:val="center"/>
          </w:tcPr>
          <w:p w14:paraId="564BA0FC" w14:textId="77777777" w:rsidR="009020E8" w:rsidRDefault="009020E8">
            <w:pPr>
              <w:jc w:val="center"/>
            </w:pPr>
            <w:r>
              <w:rPr>
                <w:sz w:val="20"/>
              </w:rPr>
              <w:t>November 11.</w:t>
            </w:r>
          </w:p>
        </w:tc>
        <w:tc>
          <w:tcPr>
            <w:tcW w:w="964" w:type="dxa"/>
            <w:vAlign w:val="center"/>
          </w:tcPr>
          <w:p w14:paraId="2E6BB9A4" w14:textId="77777777" w:rsidR="009020E8" w:rsidRDefault="009020E8">
            <w:pPr>
              <w:jc w:val="center"/>
            </w:pPr>
            <w:r>
              <w:rPr>
                <w:sz w:val="20"/>
              </w:rPr>
              <w:t>15.00–15.45</w:t>
            </w:r>
          </w:p>
        </w:tc>
        <w:tc>
          <w:tcPr>
            <w:tcW w:w="1236" w:type="dxa"/>
            <w:vAlign w:val="center"/>
          </w:tcPr>
          <w:p w14:paraId="75BD971A" w14:textId="77777777" w:rsidR="009020E8" w:rsidRDefault="009020E8">
            <w:pPr>
              <w:jc w:val="center"/>
            </w:pPr>
            <w:r>
              <w:rPr>
                <w:sz w:val="20"/>
              </w:rPr>
              <w:t>matematika</w:t>
            </w:r>
          </w:p>
        </w:tc>
      </w:tr>
      <w:tr w:rsidR="009020E8" w14:paraId="55D8561F" w14:textId="77777777" w:rsidTr="009020E8">
        <w:trPr>
          <w:jc w:val="center"/>
        </w:trPr>
        <w:tc>
          <w:tcPr>
            <w:tcW w:w="1113" w:type="dxa"/>
            <w:vAlign w:val="center"/>
          </w:tcPr>
          <w:p w14:paraId="1CC6563B" w14:textId="77777777" w:rsidR="009020E8" w:rsidRDefault="009020E8">
            <w:pPr>
              <w:jc w:val="center"/>
            </w:pPr>
            <w:r>
              <w:rPr>
                <w:sz w:val="20"/>
              </w:rPr>
              <w:t>November 11.</w:t>
            </w:r>
          </w:p>
        </w:tc>
        <w:tc>
          <w:tcPr>
            <w:tcW w:w="964" w:type="dxa"/>
            <w:vAlign w:val="center"/>
          </w:tcPr>
          <w:p w14:paraId="7FE6D665" w14:textId="77777777" w:rsidR="009020E8" w:rsidRDefault="009020E8">
            <w:pPr>
              <w:jc w:val="center"/>
            </w:pPr>
            <w:r>
              <w:rPr>
                <w:sz w:val="20"/>
              </w:rPr>
              <w:t>15.45–16.30</w:t>
            </w:r>
          </w:p>
        </w:tc>
        <w:tc>
          <w:tcPr>
            <w:tcW w:w="1236" w:type="dxa"/>
            <w:vAlign w:val="center"/>
          </w:tcPr>
          <w:p w14:paraId="55BBCD09" w14:textId="77777777" w:rsidR="009020E8" w:rsidRDefault="009020E8">
            <w:pPr>
              <w:jc w:val="center"/>
            </w:pPr>
            <w:r>
              <w:rPr>
                <w:sz w:val="20"/>
              </w:rPr>
              <w:t>magyar</w:t>
            </w:r>
          </w:p>
        </w:tc>
      </w:tr>
      <w:tr w:rsidR="009020E8" w14:paraId="45938103" w14:textId="77777777" w:rsidTr="009020E8">
        <w:trPr>
          <w:jc w:val="center"/>
        </w:trPr>
        <w:tc>
          <w:tcPr>
            <w:tcW w:w="1113" w:type="dxa"/>
            <w:vAlign w:val="center"/>
          </w:tcPr>
          <w:p w14:paraId="676CBC59" w14:textId="77777777" w:rsidR="009020E8" w:rsidRDefault="009020E8">
            <w:pPr>
              <w:jc w:val="center"/>
            </w:pPr>
            <w:r>
              <w:rPr>
                <w:sz w:val="20"/>
              </w:rPr>
              <w:t>November 25.</w:t>
            </w:r>
          </w:p>
        </w:tc>
        <w:tc>
          <w:tcPr>
            <w:tcW w:w="964" w:type="dxa"/>
            <w:vAlign w:val="center"/>
          </w:tcPr>
          <w:p w14:paraId="5182A169" w14:textId="77777777" w:rsidR="009020E8" w:rsidRDefault="009020E8">
            <w:pPr>
              <w:jc w:val="center"/>
            </w:pPr>
            <w:r>
              <w:rPr>
                <w:sz w:val="20"/>
              </w:rPr>
              <w:t>15.00–15.45</w:t>
            </w:r>
          </w:p>
        </w:tc>
        <w:tc>
          <w:tcPr>
            <w:tcW w:w="1236" w:type="dxa"/>
            <w:vAlign w:val="center"/>
          </w:tcPr>
          <w:p w14:paraId="1B771562" w14:textId="77777777" w:rsidR="009020E8" w:rsidRDefault="009020E8">
            <w:pPr>
              <w:jc w:val="center"/>
            </w:pPr>
            <w:r>
              <w:rPr>
                <w:sz w:val="20"/>
              </w:rPr>
              <w:t>matematika</w:t>
            </w:r>
          </w:p>
        </w:tc>
      </w:tr>
      <w:tr w:rsidR="009020E8" w14:paraId="6FD5C8EF" w14:textId="77777777" w:rsidTr="009020E8">
        <w:trPr>
          <w:jc w:val="center"/>
        </w:trPr>
        <w:tc>
          <w:tcPr>
            <w:tcW w:w="1113" w:type="dxa"/>
            <w:vAlign w:val="center"/>
          </w:tcPr>
          <w:p w14:paraId="46C91E3D" w14:textId="77777777" w:rsidR="009020E8" w:rsidRDefault="009020E8">
            <w:pPr>
              <w:jc w:val="center"/>
            </w:pPr>
            <w:r>
              <w:rPr>
                <w:sz w:val="20"/>
              </w:rPr>
              <w:t>November 25.</w:t>
            </w:r>
          </w:p>
        </w:tc>
        <w:tc>
          <w:tcPr>
            <w:tcW w:w="964" w:type="dxa"/>
            <w:vAlign w:val="center"/>
          </w:tcPr>
          <w:p w14:paraId="2C99F54F" w14:textId="77777777" w:rsidR="009020E8" w:rsidRDefault="009020E8">
            <w:pPr>
              <w:jc w:val="center"/>
            </w:pPr>
            <w:r>
              <w:rPr>
                <w:sz w:val="20"/>
              </w:rPr>
              <w:t>15.45–16.30</w:t>
            </w:r>
          </w:p>
        </w:tc>
        <w:tc>
          <w:tcPr>
            <w:tcW w:w="1236" w:type="dxa"/>
            <w:vAlign w:val="center"/>
          </w:tcPr>
          <w:p w14:paraId="2964A7CD" w14:textId="77777777" w:rsidR="009020E8" w:rsidRDefault="009020E8">
            <w:pPr>
              <w:jc w:val="center"/>
            </w:pPr>
            <w:r>
              <w:rPr>
                <w:sz w:val="20"/>
              </w:rPr>
              <w:t>magyar</w:t>
            </w:r>
          </w:p>
        </w:tc>
      </w:tr>
      <w:tr w:rsidR="009020E8" w14:paraId="047046D5" w14:textId="77777777" w:rsidTr="009020E8">
        <w:trPr>
          <w:jc w:val="center"/>
        </w:trPr>
        <w:tc>
          <w:tcPr>
            <w:tcW w:w="1113" w:type="dxa"/>
            <w:vAlign w:val="center"/>
          </w:tcPr>
          <w:p w14:paraId="778A6864" w14:textId="77777777" w:rsidR="009020E8" w:rsidRDefault="009020E8">
            <w:pPr>
              <w:jc w:val="center"/>
            </w:pPr>
            <w:r>
              <w:rPr>
                <w:sz w:val="20"/>
              </w:rPr>
              <w:t>December 2.</w:t>
            </w:r>
          </w:p>
        </w:tc>
        <w:tc>
          <w:tcPr>
            <w:tcW w:w="964" w:type="dxa"/>
            <w:vAlign w:val="center"/>
          </w:tcPr>
          <w:p w14:paraId="13D3B001" w14:textId="77777777" w:rsidR="009020E8" w:rsidRDefault="009020E8">
            <w:pPr>
              <w:jc w:val="center"/>
            </w:pPr>
            <w:r>
              <w:rPr>
                <w:sz w:val="20"/>
              </w:rPr>
              <w:t>15.00–15.45</w:t>
            </w:r>
          </w:p>
        </w:tc>
        <w:tc>
          <w:tcPr>
            <w:tcW w:w="1236" w:type="dxa"/>
            <w:vAlign w:val="center"/>
          </w:tcPr>
          <w:p w14:paraId="3B13CA97" w14:textId="77777777" w:rsidR="009020E8" w:rsidRDefault="009020E8">
            <w:pPr>
              <w:jc w:val="center"/>
            </w:pPr>
            <w:r>
              <w:rPr>
                <w:sz w:val="20"/>
              </w:rPr>
              <w:t>matematika</w:t>
            </w:r>
          </w:p>
        </w:tc>
      </w:tr>
      <w:tr w:rsidR="009020E8" w14:paraId="2736C701" w14:textId="77777777" w:rsidTr="009020E8">
        <w:trPr>
          <w:jc w:val="center"/>
        </w:trPr>
        <w:tc>
          <w:tcPr>
            <w:tcW w:w="1113" w:type="dxa"/>
            <w:vAlign w:val="center"/>
          </w:tcPr>
          <w:p w14:paraId="625A0D74" w14:textId="77777777" w:rsidR="009020E8" w:rsidRDefault="009020E8">
            <w:pPr>
              <w:jc w:val="center"/>
            </w:pPr>
            <w:r>
              <w:rPr>
                <w:sz w:val="20"/>
              </w:rPr>
              <w:t>December 2.</w:t>
            </w:r>
          </w:p>
        </w:tc>
        <w:tc>
          <w:tcPr>
            <w:tcW w:w="964" w:type="dxa"/>
            <w:vAlign w:val="center"/>
          </w:tcPr>
          <w:p w14:paraId="33C2FE32" w14:textId="77777777" w:rsidR="009020E8" w:rsidRDefault="009020E8">
            <w:pPr>
              <w:jc w:val="center"/>
            </w:pPr>
            <w:r>
              <w:rPr>
                <w:sz w:val="20"/>
              </w:rPr>
              <w:t>15.45–16.30</w:t>
            </w:r>
          </w:p>
        </w:tc>
        <w:tc>
          <w:tcPr>
            <w:tcW w:w="1236" w:type="dxa"/>
            <w:vAlign w:val="center"/>
          </w:tcPr>
          <w:p w14:paraId="5A9EA2F2" w14:textId="77777777" w:rsidR="009020E8" w:rsidRDefault="009020E8">
            <w:pPr>
              <w:jc w:val="center"/>
            </w:pPr>
            <w:r>
              <w:rPr>
                <w:sz w:val="20"/>
              </w:rPr>
              <w:t>magyar</w:t>
            </w:r>
          </w:p>
        </w:tc>
      </w:tr>
      <w:tr w:rsidR="009020E8" w14:paraId="753CF0C2" w14:textId="77777777" w:rsidTr="009020E8">
        <w:trPr>
          <w:jc w:val="center"/>
        </w:trPr>
        <w:tc>
          <w:tcPr>
            <w:tcW w:w="1113" w:type="dxa"/>
            <w:vAlign w:val="center"/>
          </w:tcPr>
          <w:p w14:paraId="7B7D3B04" w14:textId="77777777" w:rsidR="009020E8" w:rsidRDefault="009020E8">
            <w:pPr>
              <w:jc w:val="center"/>
            </w:pPr>
            <w:r>
              <w:rPr>
                <w:sz w:val="20"/>
              </w:rPr>
              <w:t>December 9.</w:t>
            </w:r>
          </w:p>
        </w:tc>
        <w:tc>
          <w:tcPr>
            <w:tcW w:w="964" w:type="dxa"/>
            <w:vAlign w:val="center"/>
          </w:tcPr>
          <w:p w14:paraId="0E4DF780" w14:textId="77777777" w:rsidR="009020E8" w:rsidRDefault="009020E8">
            <w:pPr>
              <w:jc w:val="center"/>
            </w:pPr>
            <w:r>
              <w:rPr>
                <w:sz w:val="20"/>
              </w:rPr>
              <w:t>15.00–15.45</w:t>
            </w:r>
          </w:p>
        </w:tc>
        <w:tc>
          <w:tcPr>
            <w:tcW w:w="1236" w:type="dxa"/>
            <w:vAlign w:val="center"/>
          </w:tcPr>
          <w:p w14:paraId="601CA478" w14:textId="77777777" w:rsidR="009020E8" w:rsidRDefault="009020E8">
            <w:pPr>
              <w:jc w:val="center"/>
            </w:pPr>
            <w:r>
              <w:rPr>
                <w:sz w:val="20"/>
              </w:rPr>
              <w:t>matematika</w:t>
            </w:r>
          </w:p>
        </w:tc>
      </w:tr>
      <w:tr w:rsidR="009020E8" w14:paraId="3EA7A881" w14:textId="77777777" w:rsidTr="009020E8">
        <w:trPr>
          <w:jc w:val="center"/>
        </w:trPr>
        <w:tc>
          <w:tcPr>
            <w:tcW w:w="1113" w:type="dxa"/>
            <w:vAlign w:val="center"/>
          </w:tcPr>
          <w:p w14:paraId="3DED2DB3" w14:textId="77777777" w:rsidR="009020E8" w:rsidRDefault="009020E8">
            <w:pPr>
              <w:jc w:val="center"/>
            </w:pPr>
            <w:r>
              <w:rPr>
                <w:sz w:val="20"/>
              </w:rPr>
              <w:t>December 9.</w:t>
            </w:r>
          </w:p>
        </w:tc>
        <w:tc>
          <w:tcPr>
            <w:tcW w:w="964" w:type="dxa"/>
            <w:vAlign w:val="center"/>
          </w:tcPr>
          <w:p w14:paraId="4EFF118E" w14:textId="77777777" w:rsidR="009020E8" w:rsidRDefault="009020E8">
            <w:pPr>
              <w:jc w:val="center"/>
            </w:pPr>
            <w:r>
              <w:rPr>
                <w:sz w:val="20"/>
              </w:rPr>
              <w:t>15.45–16.30</w:t>
            </w:r>
          </w:p>
        </w:tc>
        <w:tc>
          <w:tcPr>
            <w:tcW w:w="1236" w:type="dxa"/>
            <w:vAlign w:val="center"/>
          </w:tcPr>
          <w:p w14:paraId="2A515326" w14:textId="77777777" w:rsidR="009020E8" w:rsidRDefault="009020E8">
            <w:pPr>
              <w:jc w:val="center"/>
            </w:pPr>
            <w:r>
              <w:rPr>
                <w:sz w:val="20"/>
              </w:rPr>
              <w:t>magyar</w:t>
            </w:r>
          </w:p>
        </w:tc>
      </w:tr>
      <w:tr w:rsidR="009020E8" w14:paraId="66E8A9D9" w14:textId="77777777" w:rsidTr="009020E8">
        <w:trPr>
          <w:jc w:val="center"/>
        </w:trPr>
        <w:tc>
          <w:tcPr>
            <w:tcW w:w="1113" w:type="dxa"/>
            <w:vAlign w:val="center"/>
          </w:tcPr>
          <w:p w14:paraId="40F830EF" w14:textId="77777777" w:rsidR="009020E8" w:rsidRDefault="009020E8">
            <w:pPr>
              <w:jc w:val="center"/>
            </w:pPr>
            <w:proofErr w:type="spellStart"/>
            <w:r>
              <w:rPr>
                <w:sz w:val="20"/>
              </w:rPr>
              <w:t>Január</w:t>
            </w:r>
            <w:proofErr w:type="spellEnd"/>
            <w:r>
              <w:rPr>
                <w:sz w:val="20"/>
              </w:rPr>
              <w:t xml:space="preserve"> 6.</w:t>
            </w:r>
          </w:p>
        </w:tc>
        <w:tc>
          <w:tcPr>
            <w:tcW w:w="964" w:type="dxa"/>
            <w:vAlign w:val="center"/>
          </w:tcPr>
          <w:p w14:paraId="0C7A1306" w14:textId="77777777" w:rsidR="009020E8" w:rsidRDefault="009020E8">
            <w:pPr>
              <w:jc w:val="center"/>
            </w:pPr>
            <w:r>
              <w:rPr>
                <w:sz w:val="20"/>
              </w:rPr>
              <w:t>15.00–15.45</w:t>
            </w:r>
          </w:p>
        </w:tc>
        <w:tc>
          <w:tcPr>
            <w:tcW w:w="1236" w:type="dxa"/>
            <w:vAlign w:val="center"/>
          </w:tcPr>
          <w:p w14:paraId="42388A9F" w14:textId="77777777" w:rsidR="009020E8" w:rsidRDefault="009020E8">
            <w:pPr>
              <w:jc w:val="center"/>
            </w:pPr>
            <w:r>
              <w:rPr>
                <w:sz w:val="20"/>
              </w:rPr>
              <w:t>matematika</w:t>
            </w:r>
          </w:p>
        </w:tc>
      </w:tr>
      <w:tr w:rsidR="009020E8" w14:paraId="1E8221F0" w14:textId="77777777" w:rsidTr="009020E8">
        <w:trPr>
          <w:jc w:val="center"/>
        </w:trPr>
        <w:tc>
          <w:tcPr>
            <w:tcW w:w="1113" w:type="dxa"/>
            <w:vAlign w:val="center"/>
          </w:tcPr>
          <w:p w14:paraId="06C8D3EF" w14:textId="77777777" w:rsidR="009020E8" w:rsidRDefault="009020E8">
            <w:pPr>
              <w:jc w:val="center"/>
            </w:pPr>
            <w:proofErr w:type="spellStart"/>
            <w:r>
              <w:rPr>
                <w:sz w:val="20"/>
              </w:rPr>
              <w:t>Január</w:t>
            </w:r>
            <w:proofErr w:type="spellEnd"/>
            <w:r>
              <w:rPr>
                <w:sz w:val="20"/>
              </w:rPr>
              <w:t xml:space="preserve"> 6.</w:t>
            </w:r>
          </w:p>
        </w:tc>
        <w:tc>
          <w:tcPr>
            <w:tcW w:w="964" w:type="dxa"/>
            <w:vAlign w:val="center"/>
          </w:tcPr>
          <w:p w14:paraId="61773317" w14:textId="77777777" w:rsidR="009020E8" w:rsidRDefault="009020E8">
            <w:pPr>
              <w:jc w:val="center"/>
            </w:pPr>
            <w:r>
              <w:rPr>
                <w:sz w:val="20"/>
              </w:rPr>
              <w:t>15.45–16.30</w:t>
            </w:r>
          </w:p>
        </w:tc>
        <w:tc>
          <w:tcPr>
            <w:tcW w:w="1236" w:type="dxa"/>
            <w:vAlign w:val="center"/>
          </w:tcPr>
          <w:p w14:paraId="34EFED32" w14:textId="77777777" w:rsidR="009020E8" w:rsidRDefault="009020E8">
            <w:pPr>
              <w:jc w:val="center"/>
            </w:pPr>
            <w:r>
              <w:rPr>
                <w:sz w:val="20"/>
              </w:rPr>
              <w:t>magyar</w:t>
            </w:r>
          </w:p>
        </w:tc>
      </w:tr>
      <w:tr w:rsidR="009020E8" w14:paraId="52ADD93C" w14:textId="77777777" w:rsidTr="009020E8">
        <w:trPr>
          <w:jc w:val="center"/>
        </w:trPr>
        <w:tc>
          <w:tcPr>
            <w:tcW w:w="1113" w:type="dxa"/>
            <w:vAlign w:val="center"/>
          </w:tcPr>
          <w:p w14:paraId="015CC5A4" w14:textId="77777777" w:rsidR="009020E8" w:rsidRDefault="009020E8">
            <w:pPr>
              <w:jc w:val="center"/>
            </w:pPr>
            <w:proofErr w:type="spellStart"/>
            <w:r>
              <w:rPr>
                <w:sz w:val="20"/>
              </w:rPr>
              <w:t>Január</w:t>
            </w:r>
            <w:proofErr w:type="spellEnd"/>
            <w:r>
              <w:rPr>
                <w:sz w:val="20"/>
              </w:rPr>
              <w:t xml:space="preserve"> 13.</w:t>
            </w:r>
          </w:p>
        </w:tc>
        <w:tc>
          <w:tcPr>
            <w:tcW w:w="964" w:type="dxa"/>
            <w:vAlign w:val="center"/>
          </w:tcPr>
          <w:p w14:paraId="5F16C2B3" w14:textId="77777777" w:rsidR="009020E8" w:rsidRDefault="009020E8">
            <w:pPr>
              <w:jc w:val="center"/>
            </w:pPr>
            <w:r>
              <w:rPr>
                <w:sz w:val="20"/>
              </w:rPr>
              <w:t>15.00–15.45</w:t>
            </w:r>
          </w:p>
        </w:tc>
        <w:tc>
          <w:tcPr>
            <w:tcW w:w="1236" w:type="dxa"/>
            <w:vAlign w:val="center"/>
          </w:tcPr>
          <w:p w14:paraId="0738279F" w14:textId="77777777" w:rsidR="009020E8" w:rsidRDefault="009020E8">
            <w:pPr>
              <w:jc w:val="center"/>
            </w:pPr>
            <w:r>
              <w:rPr>
                <w:sz w:val="20"/>
              </w:rPr>
              <w:t>matematika</w:t>
            </w:r>
          </w:p>
        </w:tc>
      </w:tr>
      <w:tr w:rsidR="009020E8" w14:paraId="450EC319" w14:textId="77777777" w:rsidTr="009020E8">
        <w:trPr>
          <w:jc w:val="center"/>
        </w:trPr>
        <w:tc>
          <w:tcPr>
            <w:tcW w:w="1113" w:type="dxa"/>
            <w:vAlign w:val="center"/>
          </w:tcPr>
          <w:p w14:paraId="7273B4A7" w14:textId="77777777" w:rsidR="009020E8" w:rsidRDefault="009020E8">
            <w:pPr>
              <w:jc w:val="center"/>
            </w:pPr>
            <w:proofErr w:type="spellStart"/>
            <w:r>
              <w:rPr>
                <w:sz w:val="20"/>
              </w:rPr>
              <w:t>Január</w:t>
            </w:r>
            <w:proofErr w:type="spellEnd"/>
            <w:r>
              <w:rPr>
                <w:sz w:val="20"/>
              </w:rPr>
              <w:t xml:space="preserve"> 13.</w:t>
            </w:r>
          </w:p>
        </w:tc>
        <w:tc>
          <w:tcPr>
            <w:tcW w:w="964" w:type="dxa"/>
            <w:vAlign w:val="center"/>
          </w:tcPr>
          <w:p w14:paraId="5BE64D0C" w14:textId="77777777" w:rsidR="009020E8" w:rsidRDefault="009020E8">
            <w:pPr>
              <w:jc w:val="center"/>
            </w:pPr>
            <w:r>
              <w:rPr>
                <w:sz w:val="20"/>
              </w:rPr>
              <w:t>15.45–16.30</w:t>
            </w:r>
          </w:p>
        </w:tc>
        <w:tc>
          <w:tcPr>
            <w:tcW w:w="1236" w:type="dxa"/>
            <w:vAlign w:val="center"/>
          </w:tcPr>
          <w:p w14:paraId="2D26B23B" w14:textId="77777777" w:rsidR="009020E8" w:rsidRDefault="009020E8">
            <w:pPr>
              <w:jc w:val="center"/>
            </w:pPr>
            <w:r>
              <w:rPr>
                <w:sz w:val="20"/>
              </w:rPr>
              <w:t>magyar</w:t>
            </w:r>
          </w:p>
        </w:tc>
      </w:tr>
      <w:tr w:rsidR="009020E8" w14:paraId="65D2BF25" w14:textId="77777777" w:rsidTr="009020E8">
        <w:trPr>
          <w:jc w:val="center"/>
        </w:trPr>
        <w:tc>
          <w:tcPr>
            <w:tcW w:w="1113" w:type="dxa"/>
            <w:vAlign w:val="center"/>
          </w:tcPr>
          <w:p w14:paraId="625F7C35" w14:textId="77777777" w:rsidR="009020E8" w:rsidRDefault="009020E8">
            <w:pPr>
              <w:jc w:val="center"/>
            </w:pPr>
            <w:proofErr w:type="spellStart"/>
            <w:r>
              <w:rPr>
                <w:sz w:val="20"/>
              </w:rPr>
              <w:t>Január</w:t>
            </w:r>
            <w:proofErr w:type="spellEnd"/>
            <w:r>
              <w:rPr>
                <w:sz w:val="20"/>
              </w:rPr>
              <w:t xml:space="preserve"> 20.</w:t>
            </w:r>
          </w:p>
        </w:tc>
        <w:tc>
          <w:tcPr>
            <w:tcW w:w="964" w:type="dxa"/>
            <w:vAlign w:val="center"/>
          </w:tcPr>
          <w:p w14:paraId="042CED33" w14:textId="77777777" w:rsidR="009020E8" w:rsidRDefault="009020E8">
            <w:pPr>
              <w:jc w:val="center"/>
            </w:pPr>
            <w:r>
              <w:rPr>
                <w:sz w:val="20"/>
              </w:rPr>
              <w:t>15.00–15.45</w:t>
            </w:r>
          </w:p>
        </w:tc>
        <w:tc>
          <w:tcPr>
            <w:tcW w:w="1236" w:type="dxa"/>
            <w:vAlign w:val="center"/>
          </w:tcPr>
          <w:p w14:paraId="4A947F3D" w14:textId="77777777" w:rsidR="009020E8" w:rsidRDefault="009020E8">
            <w:pPr>
              <w:jc w:val="center"/>
            </w:pPr>
            <w:r>
              <w:rPr>
                <w:sz w:val="20"/>
              </w:rPr>
              <w:t>matematika</w:t>
            </w:r>
          </w:p>
        </w:tc>
      </w:tr>
      <w:tr w:rsidR="009020E8" w14:paraId="2DA49C3C" w14:textId="77777777" w:rsidTr="009020E8">
        <w:trPr>
          <w:jc w:val="center"/>
        </w:trPr>
        <w:tc>
          <w:tcPr>
            <w:tcW w:w="1113" w:type="dxa"/>
            <w:vAlign w:val="center"/>
          </w:tcPr>
          <w:p w14:paraId="60FBCF9F" w14:textId="77777777" w:rsidR="009020E8" w:rsidRDefault="009020E8">
            <w:pPr>
              <w:jc w:val="center"/>
            </w:pPr>
            <w:proofErr w:type="spellStart"/>
            <w:r>
              <w:rPr>
                <w:sz w:val="20"/>
              </w:rPr>
              <w:t>Január</w:t>
            </w:r>
            <w:proofErr w:type="spellEnd"/>
            <w:r>
              <w:rPr>
                <w:sz w:val="20"/>
              </w:rPr>
              <w:t xml:space="preserve"> 20.</w:t>
            </w:r>
          </w:p>
        </w:tc>
        <w:tc>
          <w:tcPr>
            <w:tcW w:w="964" w:type="dxa"/>
            <w:vAlign w:val="center"/>
          </w:tcPr>
          <w:p w14:paraId="3758F728" w14:textId="77777777" w:rsidR="009020E8" w:rsidRDefault="009020E8">
            <w:pPr>
              <w:jc w:val="center"/>
            </w:pPr>
            <w:r>
              <w:rPr>
                <w:sz w:val="20"/>
              </w:rPr>
              <w:t>15.45–16.30</w:t>
            </w:r>
          </w:p>
        </w:tc>
        <w:tc>
          <w:tcPr>
            <w:tcW w:w="1236" w:type="dxa"/>
            <w:vAlign w:val="center"/>
          </w:tcPr>
          <w:p w14:paraId="6B0E7EB0" w14:textId="77777777" w:rsidR="009020E8" w:rsidRDefault="009020E8">
            <w:pPr>
              <w:jc w:val="center"/>
            </w:pPr>
            <w:r>
              <w:rPr>
                <w:sz w:val="20"/>
              </w:rPr>
              <w:t>magyar</w:t>
            </w:r>
          </w:p>
        </w:tc>
      </w:tr>
    </w:tbl>
    <w:p w14:paraId="1F0A7A33" w14:textId="77777777" w:rsidR="007E7592" w:rsidRDefault="007E7592"/>
    <w:sectPr w:rsidR="007E7592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847FD"/>
    <w:rsid w:val="0029639D"/>
    <w:rsid w:val="00326F90"/>
    <w:rsid w:val="007E7592"/>
    <w:rsid w:val="009020E8"/>
    <w:rsid w:val="00AA1D8D"/>
    <w:rsid w:val="00B47730"/>
    <w:rsid w:val="00C21977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3A20A2"/>
  <w14:defaultImageDpi w14:val="300"/>
  <w15:docId w15:val="{54A4E421-61C0-4A72-86F7-F918A6F14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Kádárné Zsoldos Edit</cp:lastModifiedBy>
  <cp:revision>2</cp:revision>
  <dcterms:created xsi:type="dcterms:W3CDTF">2026-10-06T12:49:00Z</dcterms:created>
  <dcterms:modified xsi:type="dcterms:W3CDTF">2026-10-06T12:49:00Z</dcterms:modified>
  <cp:category/>
</cp:coreProperties>
</file>